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00000"/>
          <w:sz w:val="40"/>
        </w:rPr>
        <w:t>Monatsplaner</w:t>
      </w:r>
    </w:p>
    <w:p>
      <w:pPr>
        <w:spacing w:before="0" w:after="200"/>
      </w:pPr>
      <w:r>
        <w:rPr>
          <w:rFonts w:ascii="Calibri" w:hAnsi="Calibri"/>
          <w:i/>
          <w:color w:val="615D59"/>
          <w:sz w:val="18"/>
        </w:rPr>
        <w:t>Kompakte Monatsübersicht mit Feldern für Monatsziele, Termine und Notizen — www.papierhelfer.de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14"/>
        <w:gridCol w:w="1314"/>
        <w:gridCol w:w="1314"/>
        <w:gridCol w:w="1314"/>
        <w:gridCol w:w="1314"/>
        <w:gridCol w:w="1314"/>
        <w:gridCol w:w="1314"/>
        <w:gridCol w:w="1314"/>
      </w:tblGrid>
      <w:tr>
        <w:tc>
          <w:tcPr>
            <w:tcW w:type="dxa" w:w="64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KW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Mo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Di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Mi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Do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Fr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Sa</w:t>
            </w:r>
          </w:p>
        </w:tc>
        <w:tc>
          <w:tcPr>
            <w:tcW w:type="dxa" w:w="1368"/>
            <w:shd w:fill="0075DE"/>
          </w:tcPr>
          <w:p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So</w:t>
            </w:r>
          </w:p>
        </w:tc>
      </w:tr>
      <w:tr>
        <w:tc>
          <w:tcPr>
            <w:tcW w:type="dxa" w:w="648"/>
            <w:vAlign w:val="top"/>
            <w:shd w:fill="FAFAFA"/>
          </w:tcPr>
          <w:p>
            <w:pPr>
              <w:spacing w:before="40" w:after="720"/>
              <w:jc w:val="center"/>
            </w:pPr>
            <w:r>
              <w:rPr>
                <w:rFonts w:ascii="Calibri" w:hAnsi="Calibri"/>
                <w:b/>
                <w:color w:val="71717A"/>
                <w:sz w:val="16"/>
              </w:rPr>
              <w:t>01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4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5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6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7</w:t>
            </w:r>
          </w:p>
        </w:tc>
      </w:tr>
      <w:tr>
        <w:tc>
          <w:tcPr>
            <w:tcW w:type="dxa" w:w="648"/>
            <w:vAlign w:val="top"/>
            <w:shd w:fill="FAFAFA"/>
          </w:tcPr>
          <w:p>
            <w:pPr>
              <w:spacing w:before="40" w:after="720"/>
              <w:jc w:val="center"/>
            </w:pPr>
            <w:r>
              <w:rPr>
                <w:rFonts w:ascii="Calibri" w:hAnsi="Calibri"/>
                <w:b/>
                <w:color w:val="71717A"/>
                <w:sz w:val="16"/>
              </w:rPr>
              <w:t>02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8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9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10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11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12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13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14</w:t>
            </w:r>
          </w:p>
        </w:tc>
      </w:tr>
      <w:tr>
        <w:tc>
          <w:tcPr>
            <w:tcW w:type="dxa" w:w="648"/>
            <w:vAlign w:val="top"/>
            <w:shd w:fill="FAFAFA"/>
          </w:tcPr>
          <w:p>
            <w:pPr>
              <w:spacing w:before="40" w:after="720"/>
              <w:jc w:val="center"/>
            </w:pPr>
            <w:r>
              <w:rPr>
                <w:rFonts w:ascii="Calibri" w:hAnsi="Calibri"/>
                <w:b/>
                <w:color w:val="71717A"/>
                <w:sz w:val="16"/>
              </w:rPr>
              <w:t>03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15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16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17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18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19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20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21</w:t>
            </w:r>
          </w:p>
        </w:tc>
      </w:tr>
      <w:tr>
        <w:tc>
          <w:tcPr>
            <w:tcW w:type="dxa" w:w="648"/>
            <w:vAlign w:val="top"/>
            <w:shd w:fill="FAFAFA"/>
          </w:tcPr>
          <w:p>
            <w:pPr>
              <w:spacing w:before="40" w:after="720"/>
              <w:jc w:val="center"/>
            </w:pPr>
            <w:r>
              <w:rPr>
                <w:rFonts w:ascii="Calibri" w:hAnsi="Calibri"/>
                <w:b/>
                <w:color w:val="71717A"/>
                <w:sz w:val="16"/>
              </w:rPr>
              <w:t>04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22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23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24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25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26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27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28</w:t>
            </w:r>
          </w:p>
        </w:tc>
      </w:tr>
      <w:tr>
        <w:tc>
          <w:tcPr>
            <w:tcW w:type="dxa" w:w="648"/>
            <w:vAlign w:val="top"/>
            <w:shd w:fill="FAFAFA"/>
          </w:tcPr>
          <w:p>
            <w:pPr>
              <w:spacing w:before="40" w:after="720"/>
              <w:jc w:val="center"/>
            </w:pPr>
            <w:r>
              <w:rPr>
                <w:rFonts w:ascii="Calibri" w:hAnsi="Calibri"/>
                <w:b/>
                <w:color w:val="71717A"/>
                <w:sz w:val="16"/>
              </w:rPr>
              <w:t>05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29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30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31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32</w:t>
            </w:r>
          </w:p>
        </w:tc>
        <w:tc>
          <w:tcPr>
            <w:tcW w:type="dxa" w:w="1368"/>
            <w:vAlign w:val="top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33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34</w:t>
            </w:r>
          </w:p>
        </w:tc>
        <w:tc>
          <w:tcPr>
            <w:tcW w:type="dxa" w:w="1368"/>
            <w:vAlign w:val="top"/>
            <w:shd w:fill="FAFAFA"/>
          </w:tcPr>
          <w:p>
            <w:pPr>
              <w:spacing w:before="40" w:after="720"/>
              <w:jc w:val="right"/>
            </w:pPr>
            <w:r>
              <w:rPr>
                <w:rFonts w:ascii="Calibri" w:hAnsi="Calibri"/>
                <w:color w:val="A1A1AA"/>
                <w:sz w:val="16"/>
              </w:rPr>
              <w:t>35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398"/>
            <w:shd w:fill="F6F5F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b/>
                <w:color w:val="000000"/>
                <w:sz w:val="19"/>
              </w:rPr>
              <w:t>Monatsziele</w:t>
            </w:r>
          </w:p>
        </w:tc>
        <w:tc>
          <w:tcPr>
            <w:tcW w:type="dxa" w:w="3398"/>
            <w:shd w:fill="F6F5F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b/>
                <w:color w:val="000000"/>
                <w:sz w:val="19"/>
              </w:rPr>
              <w:t>Wichtige Termine</w:t>
            </w:r>
          </w:p>
        </w:tc>
        <w:tc>
          <w:tcPr>
            <w:tcW w:type="dxa" w:w="3427"/>
            <w:shd w:fill="F6F5F4"/>
          </w:tcPr>
          <w:p>
            <w:pPr>
              <w:spacing w:before="60" w:after="60"/>
              <w:jc w:val="left"/>
            </w:pPr>
            <w:r>
              <w:rPr>
                <w:rFonts w:ascii="Calibri" w:hAnsi="Calibri"/>
                <w:b/>
                <w:color w:val="000000"/>
                <w:sz w:val="19"/>
              </w:rPr>
              <w:t>Notizen &amp; Ideen</w:t>
            </w:r>
          </w:p>
        </w:tc>
      </w:tr>
      <w:tr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○ Ziel 1: ____________________</w:t>
            </w:r>
          </w:p>
        </w:tc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[   .   .] ____________________</w:t>
            </w:r>
          </w:p>
        </w:tc>
        <w:tc>
          <w:tcPr>
            <w:tcW w:type="dxa" w:w="3427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</w:t>
            </w:r>
          </w:p>
        </w:tc>
      </w:tr>
      <w:tr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○ Ziel 2: ____________________</w:t>
            </w:r>
          </w:p>
        </w:tc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[   .   .] ____________________</w:t>
            </w:r>
          </w:p>
        </w:tc>
        <w:tc>
          <w:tcPr>
            <w:tcW w:type="dxa" w:w="3427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</w:t>
            </w:r>
          </w:p>
        </w:tc>
      </w:tr>
      <w:tr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○ Ziel 3: ____________________</w:t>
            </w:r>
          </w:p>
        </w:tc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[   .   .] ____________________</w:t>
            </w:r>
          </w:p>
        </w:tc>
        <w:tc>
          <w:tcPr>
            <w:tcW w:type="dxa" w:w="3427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</w:t>
            </w:r>
          </w:p>
        </w:tc>
      </w:tr>
      <w:tr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○ Ziel 4: ____________________</w:t>
            </w:r>
          </w:p>
        </w:tc>
        <w:tc>
          <w:tcPr>
            <w:tcW w:type="dxa" w:w="3398"/>
          </w:tcPr>
          <w:p>
            <w:pPr>
              <w:spacing w:before="60" w:after="60"/>
            </w:pPr>
            <w:r>
              <w:rPr>
                <w:sz w:val="17"/>
              </w:rPr>
              <w:t>[   .   .] ____________________</w:t>
            </w:r>
          </w:p>
        </w:tc>
        <w:tc>
          <w:tcPr>
            <w:tcW w:type="dxa" w:w="3427"/>
          </w:tcPr>
          <w:p>
            <w:pPr>
              <w:spacing w:before="60" w:after="60"/>
            </w:pPr>
            <w:r>
              <w:rPr>
                <w:sz w:val="17"/>
              </w:rPr>
              <w:t>_____________________________</w:t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