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Calibri" w:hAnsi="Calibri"/>
          <w:b/>
          <w:color w:val="000000"/>
          <w:sz w:val="40"/>
        </w:rPr>
        <w:t>Tagesplaner</w:t>
      </w:r>
    </w:p>
    <w:p>
      <w:pPr>
        <w:spacing w:before="0" w:after="160"/>
      </w:pPr>
      <w:r>
        <w:rPr>
          <w:rFonts w:ascii="Calibri" w:hAnsi="Calibri"/>
          <w:i/>
          <w:color w:val="615D59"/>
          <w:sz w:val="19"/>
        </w:rPr>
        <w:t>Datum: ___________________ | Wochentag: ___________________ | KW: _______ — www.papierhelfer.de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6048"/>
          </w:tcPr>
          <w:p/>
          <w:tbl>
            <w:tblPr>
              <w:tblW w:type="auto" w:w="0"/>
              <w:jc w:val="left"/>
              <w:tblLook w:firstColumn="1" w:firstRow="1" w:lastColumn="0" w:lastRow="0" w:noHBand="0" w:noVBand="1" w:val="04A0"/>
            </w:tblPr>
            <w:tblGrid>
              <w:gridCol w:w="3024"/>
              <w:gridCol w:w="3024"/>
            </w:tblGrid>
            <w:tr>
              <w:tc>
                <w:tcPr>
                  <w:tcW w:type="dxa" w:w="1296"/>
                  <w:shd w:fill="0075DE"/>
                </w:tcPr>
                <w:p>
                  <w:pPr>
                    <w:spacing w:before="40" w:after="40"/>
                    <w:jc w:val="center"/>
                  </w:pPr>
                  <w:r>
                    <w:rPr>
                      <w:rFonts w:ascii="Calibri" w:hAnsi="Calibri"/>
                      <w:b/>
                      <w:color w:val="FFFFFF"/>
                      <w:sz w:val="19"/>
                    </w:rPr>
                    <w:t>Zeit</w:t>
                  </w:r>
                </w:p>
              </w:tc>
              <w:tc>
                <w:tcPr>
                  <w:tcW w:type="dxa" w:w="4608"/>
                  <w:shd w:fill="0075DE"/>
                </w:tcPr>
                <w:p>
                  <w:pPr>
                    <w:spacing w:before="40" w:after="40"/>
                  </w:pPr>
                  <w:r>
                    <w:rPr>
                      <w:rFonts w:ascii="Calibri" w:hAnsi="Calibri"/>
                      <w:b/>
                      <w:color w:val="FFFFFF"/>
                      <w:sz w:val="19"/>
                    </w:rPr>
                    <w:t>Tagesablauf &amp; Termine</w:t>
                  </w:r>
                </w:p>
              </w:tc>
            </w:tr>
            <w:tr>
              <w:tc>
                <w:tcPr>
                  <w:tcW w:type="dxa" w:w="1296"/>
                  <w:shd w:fill="F1F5F9"/>
                </w:tcPr>
                <w:p>
                  <w:pPr>
                    <w:spacing w:before="60" w:after="60"/>
                    <w:jc w:val="center"/>
                  </w:pPr>
                  <w:r>
                    <w:rPr>
                      <w:rFonts w:ascii="Calibri" w:hAnsi="Calibri"/>
                      <w:b/>
                      <w:color w:val="334155"/>
                      <w:sz w:val="17"/>
                    </w:rPr>
                    <w:t>06:00</w:t>
                  </w:r>
                </w:p>
              </w:tc>
              <w:tc>
                <w:tcPr>
                  <w:tcW w:type="dxa" w:w="4608"/>
                </w:tcPr>
                <w:p>
                  <w:pPr>
                    <w:spacing w:before="60" w:after="60"/>
                  </w:pPr>
                </w:p>
              </w:tc>
            </w:tr>
            <w:tr>
              <w:tc>
                <w:tcPr>
                  <w:tcW w:type="dxa" w:w="1296"/>
                  <w:shd w:fill="F1F5F9"/>
                </w:tcPr>
                <w:p>
                  <w:pPr>
                    <w:spacing w:before="60" w:after="60"/>
                    <w:jc w:val="center"/>
                  </w:pPr>
                  <w:r>
                    <w:rPr>
                      <w:rFonts w:ascii="Calibri" w:hAnsi="Calibri"/>
                      <w:b/>
                      <w:color w:val="334155"/>
                      <w:sz w:val="17"/>
                    </w:rPr>
                    <w:t>07:00</w:t>
                  </w:r>
                </w:p>
              </w:tc>
              <w:tc>
                <w:tcPr>
                  <w:tcW w:type="dxa" w:w="4608"/>
                </w:tcPr>
                <w:p>
                  <w:pPr>
                    <w:spacing w:before="60" w:after="60"/>
                  </w:pPr>
                </w:p>
              </w:tc>
            </w:tr>
            <w:tr>
              <w:tc>
                <w:tcPr>
                  <w:tcW w:type="dxa" w:w="1296"/>
                  <w:shd w:fill="F1F5F9"/>
                </w:tcPr>
                <w:p>
                  <w:pPr>
                    <w:spacing w:before="60" w:after="60"/>
                    <w:jc w:val="center"/>
                  </w:pPr>
                  <w:r>
                    <w:rPr>
                      <w:rFonts w:ascii="Calibri" w:hAnsi="Calibri"/>
                      <w:b/>
                      <w:color w:val="334155"/>
                      <w:sz w:val="17"/>
                    </w:rPr>
                    <w:t>08:00</w:t>
                  </w:r>
                </w:p>
              </w:tc>
              <w:tc>
                <w:tcPr>
                  <w:tcW w:type="dxa" w:w="4608"/>
                </w:tcPr>
                <w:p>
                  <w:pPr>
                    <w:spacing w:before="60" w:after="60"/>
                  </w:pPr>
                </w:p>
              </w:tc>
            </w:tr>
            <w:tr>
              <w:tc>
                <w:tcPr>
                  <w:tcW w:type="dxa" w:w="1296"/>
                  <w:shd w:fill="F1F5F9"/>
                </w:tcPr>
                <w:p>
                  <w:pPr>
                    <w:spacing w:before="60" w:after="60"/>
                    <w:jc w:val="center"/>
                  </w:pPr>
                  <w:r>
                    <w:rPr>
                      <w:rFonts w:ascii="Calibri" w:hAnsi="Calibri"/>
                      <w:b/>
                      <w:color w:val="334155"/>
                      <w:sz w:val="17"/>
                    </w:rPr>
                    <w:t>09:00</w:t>
                  </w:r>
                </w:p>
              </w:tc>
              <w:tc>
                <w:tcPr>
                  <w:tcW w:type="dxa" w:w="4608"/>
                </w:tcPr>
                <w:p>
                  <w:pPr>
                    <w:spacing w:before="60" w:after="60"/>
                  </w:pPr>
                </w:p>
              </w:tc>
            </w:tr>
            <w:tr>
              <w:tc>
                <w:tcPr>
                  <w:tcW w:type="dxa" w:w="1296"/>
                  <w:shd w:fill="F1F5F9"/>
                </w:tcPr>
                <w:p>
                  <w:pPr>
                    <w:spacing w:before="60" w:after="60"/>
                    <w:jc w:val="center"/>
                  </w:pPr>
                  <w:r>
                    <w:rPr>
                      <w:rFonts w:ascii="Calibri" w:hAnsi="Calibri"/>
                      <w:b/>
                      <w:color w:val="334155"/>
                      <w:sz w:val="17"/>
                    </w:rPr>
                    <w:t>10:00</w:t>
                  </w:r>
                </w:p>
              </w:tc>
              <w:tc>
                <w:tcPr>
                  <w:tcW w:type="dxa" w:w="4608"/>
                </w:tcPr>
                <w:p>
                  <w:pPr>
                    <w:spacing w:before="60" w:after="60"/>
                  </w:pPr>
                </w:p>
              </w:tc>
            </w:tr>
            <w:tr>
              <w:tc>
                <w:tcPr>
                  <w:tcW w:type="dxa" w:w="1296"/>
                  <w:shd w:fill="F1F5F9"/>
                </w:tcPr>
                <w:p>
                  <w:pPr>
                    <w:spacing w:before="60" w:after="60"/>
                    <w:jc w:val="center"/>
                  </w:pPr>
                  <w:r>
                    <w:rPr>
                      <w:rFonts w:ascii="Calibri" w:hAnsi="Calibri"/>
                      <w:b/>
                      <w:color w:val="334155"/>
                      <w:sz w:val="17"/>
                    </w:rPr>
                    <w:t>11:00</w:t>
                  </w:r>
                </w:p>
              </w:tc>
              <w:tc>
                <w:tcPr>
                  <w:tcW w:type="dxa" w:w="4608"/>
                </w:tcPr>
                <w:p>
                  <w:pPr>
                    <w:spacing w:before="60" w:after="60"/>
                  </w:pPr>
                </w:p>
              </w:tc>
            </w:tr>
            <w:tr>
              <w:tc>
                <w:tcPr>
                  <w:tcW w:type="dxa" w:w="1296"/>
                  <w:shd w:fill="F1F5F9"/>
                </w:tcPr>
                <w:p>
                  <w:pPr>
                    <w:spacing w:before="60" w:after="60"/>
                    <w:jc w:val="center"/>
                  </w:pPr>
                  <w:r>
                    <w:rPr>
                      <w:rFonts w:ascii="Calibri" w:hAnsi="Calibri"/>
                      <w:b/>
                      <w:color w:val="334155"/>
                      <w:sz w:val="17"/>
                    </w:rPr>
                    <w:t>12:00</w:t>
                  </w:r>
                </w:p>
              </w:tc>
              <w:tc>
                <w:tcPr>
                  <w:tcW w:type="dxa" w:w="4608"/>
                </w:tcPr>
                <w:p>
                  <w:pPr>
                    <w:spacing w:before="60" w:after="60"/>
                  </w:pPr>
                </w:p>
              </w:tc>
            </w:tr>
            <w:tr>
              <w:tc>
                <w:tcPr>
                  <w:tcW w:type="dxa" w:w="1296"/>
                  <w:shd w:fill="F1F5F9"/>
                </w:tcPr>
                <w:p>
                  <w:pPr>
                    <w:spacing w:before="60" w:after="60"/>
                    <w:jc w:val="center"/>
                  </w:pPr>
                  <w:r>
                    <w:rPr>
                      <w:rFonts w:ascii="Calibri" w:hAnsi="Calibri"/>
                      <w:b/>
                      <w:color w:val="334155"/>
                      <w:sz w:val="17"/>
                    </w:rPr>
                    <w:t>13:00</w:t>
                  </w:r>
                </w:p>
              </w:tc>
              <w:tc>
                <w:tcPr>
                  <w:tcW w:type="dxa" w:w="4608"/>
                </w:tcPr>
                <w:p>
                  <w:pPr>
                    <w:spacing w:before="60" w:after="60"/>
                  </w:pPr>
                </w:p>
              </w:tc>
            </w:tr>
            <w:tr>
              <w:tc>
                <w:tcPr>
                  <w:tcW w:type="dxa" w:w="1296"/>
                  <w:shd w:fill="F1F5F9"/>
                </w:tcPr>
                <w:p>
                  <w:pPr>
                    <w:spacing w:before="60" w:after="60"/>
                    <w:jc w:val="center"/>
                  </w:pPr>
                  <w:r>
                    <w:rPr>
                      <w:rFonts w:ascii="Calibri" w:hAnsi="Calibri"/>
                      <w:b/>
                      <w:color w:val="334155"/>
                      <w:sz w:val="17"/>
                    </w:rPr>
                    <w:t>14:00</w:t>
                  </w:r>
                </w:p>
              </w:tc>
              <w:tc>
                <w:tcPr>
                  <w:tcW w:type="dxa" w:w="4608"/>
                </w:tcPr>
                <w:p>
                  <w:pPr>
                    <w:spacing w:before="60" w:after="60"/>
                  </w:pPr>
                </w:p>
              </w:tc>
            </w:tr>
            <w:tr>
              <w:tc>
                <w:tcPr>
                  <w:tcW w:type="dxa" w:w="1296"/>
                  <w:shd w:fill="F1F5F9"/>
                </w:tcPr>
                <w:p>
                  <w:pPr>
                    <w:spacing w:before="60" w:after="60"/>
                    <w:jc w:val="center"/>
                  </w:pPr>
                  <w:r>
                    <w:rPr>
                      <w:rFonts w:ascii="Calibri" w:hAnsi="Calibri"/>
                      <w:b/>
                      <w:color w:val="334155"/>
                      <w:sz w:val="17"/>
                    </w:rPr>
                    <w:t>15:00</w:t>
                  </w:r>
                </w:p>
              </w:tc>
              <w:tc>
                <w:tcPr>
                  <w:tcW w:type="dxa" w:w="4608"/>
                </w:tcPr>
                <w:p>
                  <w:pPr>
                    <w:spacing w:before="60" w:after="60"/>
                  </w:pPr>
                </w:p>
              </w:tc>
            </w:tr>
            <w:tr>
              <w:tc>
                <w:tcPr>
                  <w:tcW w:type="dxa" w:w="1296"/>
                  <w:shd w:fill="F1F5F9"/>
                </w:tcPr>
                <w:p>
                  <w:pPr>
                    <w:spacing w:before="60" w:after="60"/>
                    <w:jc w:val="center"/>
                  </w:pPr>
                  <w:r>
                    <w:rPr>
                      <w:rFonts w:ascii="Calibri" w:hAnsi="Calibri"/>
                      <w:b/>
                      <w:color w:val="334155"/>
                      <w:sz w:val="17"/>
                    </w:rPr>
                    <w:t>16:00</w:t>
                  </w:r>
                </w:p>
              </w:tc>
              <w:tc>
                <w:tcPr>
                  <w:tcW w:type="dxa" w:w="4608"/>
                </w:tcPr>
                <w:p>
                  <w:pPr>
                    <w:spacing w:before="60" w:after="60"/>
                  </w:pPr>
                </w:p>
              </w:tc>
            </w:tr>
            <w:tr>
              <w:tc>
                <w:tcPr>
                  <w:tcW w:type="dxa" w:w="1296"/>
                  <w:shd w:fill="F1F5F9"/>
                </w:tcPr>
                <w:p>
                  <w:pPr>
                    <w:spacing w:before="60" w:after="60"/>
                    <w:jc w:val="center"/>
                  </w:pPr>
                  <w:r>
                    <w:rPr>
                      <w:rFonts w:ascii="Calibri" w:hAnsi="Calibri"/>
                      <w:b/>
                      <w:color w:val="334155"/>
                      <w:sz w:val="17"/>
                    </w:rPr>
                    <w:t>17:00</w:t>
                  </w:r>
                </w:p>
              </w:tc>
              <w:tc>
                <w:tcPr>
                  <w:tcW w:type="dxa" w:w="4608"/>
                </w:tcPr>
                <w:p>
                  <w:pPr>
                    <w:spacing w:before="60" w:after="60"/>
                  </w:pPr>
                </w:p>
              </w:tc>
            </w:tr>
            <w:tr>
              <w:tc>
                <w:tcPr>
                  <w:tcW w:type="dxa" w:w="1296"/>
                  <w:shd w:fill="F1F5F9"/>
                </w:tcPr>
                <w:p>
                  <w:pPr>
                    <w:spacing w:before="60" w:after="60"/>
                    <w:jc w:val="center"/>
                  </w:pPr>
                  <w:r>
                    <w:rPr>
                      <w:rFonts w:ascii="Calibri" w:hAnsi="Calibri"/>
                      <w:b/>
                      <w:color w:val="334155"/>
                      <w:sz w:val="17"/>
                    </w:rPr>
                    <w:t>18:00</w:t>
                  </w:r>
                </w:p>
              </w:tc>
              <w:tc>
                <w:tcPr>
                  <w:tcW w:type="dxa" w:w="4608"/>
                </w:tcPr>
                <w:p>
                  <w:pPr>
                    <w:spacing w:before="60" w:after="60"/>
                  </w:pPr>
                </w:p>
              </w:tc>
            </w:tr>
            <w:tr>
              <w:tc>
                <w:tcPr>
                  <w:tcW w:type="dxa" w:w="1296"/>
                  <w:shd w:fill="F1F5F9"/>
                </w:tcPr>
                <w:p>
                  <w:pPr>
                    <w:spacing w:before="60" w:after="60"/>
                    <w:jc w:val="center"/>
                  </w:pPr>
                  <w:r>
                    <w:rPr>
                      <w:rFonts w:ascii="Calibri" w:hAnsi="Calibri"/>
                      <w:b/>
                      <w:color w:val="334155"/>
                      <w:sz w:val="17"/>
                    </w:rPr>
                    <w:t>19:00</w:t>
                  </w:r>
                </w:p>
              </w:tc>
              <w:tc>
                <w:tcPr>
                  <w:tcW w:type="dxa" w:w="4608"/>
                </w:tcPr>
                <w:p>
                  <w:pPr>
                    <w:spacing w:before="60" w:after="60"/>
                  </w:pPr>
                </w:p>
              </w:tc>
            </w:tr>
            <w:tr>
              <w:tc>
                <w:tcPr>
                  <w:tcW w:type="dxa" w:w="1296"/>
                  <w:shd w:fill="F1F5F9"/>
                </w:tcPr>
                <w:p>
                  <w:pPr>
                    <w:spacing w:before="60" w:after="60"/>
                    <w:jc w:val="center"/>
                  </w:pPr>
                  <w:r>
                    <w:rPr>
                      <w:rFonts w:ascii="Calibri" w:hAnsi="Calibri"/>
                      <w:b/>
                      <w:color w:val="334155"/>
                      <w:sz w:val="17"/>
                    </w:rPr>
                    <w:t>20:00</w:t>
                  </w:r>
                </w:p>
              </w:tc>
              <w:tc>
                <w:tcPr>
                  <w:tcW w:type="dxa" w:w="4608"/>
                </w:tcPr>
                <w:p>
                  <w:pPr>
                    <w:spacing w:before="60" w:after="60"/>
                  </w:pPr>
                </w:p>
              </w:tc>
            </w:tr>
            <w:tr>
              <w:tc>
                <w:tcPr>
                  <w:tcW w:type="dxa" w:w="1296"/>
                  <w:shd w:fill="F1F5F9"/>
                </w:tcPr>
                <w:p>
                  <w:pPr>
                    <w:spacing w:before="60" w:after="60"/>
                    <w:jc w:val="center"/>
                  </w:pPr>
                  <w:r>
                    <w:rPr>
                      <w:rFonts w:ascii="Calibri" w:hAnsi="Calibri"/>
                      <w:b/>
                      <w:color w:val="334155"/>
                      <w:sz w:val="17"/>
                    </w:rPr>
                    <w:t>21:00</w:t>
                  </w:r>
                </w:p>
              </w:tc>
              <w:tc>
                <w:tcPr>
                  <w:tcW w:type="dxa" w:w="4608"/>
                </w:tcPr>
                <w:p>
                  <w:pPr>
                    <w:spacing w:before="60" w:after="60"/>
                  </w:pPr>
                </w:p>
              </w:tc>
            </w:tr>
            <w:tr>
              <w:tc>
                <w:tcPr>
                  <w:tcW w:type="dxa" w:w="1296"/>
                  <w:shd w:fill="F1F5F9"/>
                </w:tcPr>
                <w:p>
                  <w:pPr>
                    <w:spacing w:before="60" w:after="60"/>
                    <w:jc w:val="center"/>
                  </w:pPr>
                  <w:r>
                    <w:rPr>
                      <w:rFonts w:ascii="Calibri" w:hAnsi="Calibri"/>
                      <w:b/>
                      <w:color w:val="334155"/>
                      <w:sz w:val="17"/>
                    </w:rPr>
                    <w:t>22:00</w:t>
                  </w:r>
                </w:p>
              </w:tc>
              <w:tc>
                <w:tcPr>
                  <w:tcW w:type="dxa" w:w="4608"/>
                </w:tcPr>
                <w:p>
                  <w:pPr>
                    <w:spacing w:before="60" w:after="60"/>
                  </w:pPr>
                </w:p>
              </w:tc>
            </w:tr>
          </w:tbl>
          <w:p/>
        </w:tc>
        <w:tc>
          <w:tcPr>
            <w:tcW w:type="dxa" w:w="4752"/>
          </w:tcPr>
          <w:p/>
          <w:tbl>
            <w:tblPr>
              <w:tblW w:type="auto" w:w="0"/>
              <w:tblLook w:firstColumn="1" w:firstRow="1" w:lastColumn="0" w:lastRow="0" w:noHBand="0" w:noVBand="1" w:val="04A0"/>
            </w:tblPr>
            <w:tblGrid>
              <w:gridCol w:w="2376"/>
              <w:gridCol w:w="2376"/>
            </w:tblGrid>
            <w:tr>
              <w:tc>
                <w:tcPr>
                  <w:tcW w:type="dxa" w:w="1008"/>
                  <w:shd w:fill="0075DE"/>
                </w:tcPr>
                <w:p>
                  <w:pPr>
                    <w:spacing w:before="40" w:after="40"/>
                  </w:pPr>
                  <w:r>
                    <w:rPr>
                      <w:rFonts w:ascii="Calibri" w:hAnsi="Calibri"/>
                      <w:b/>
                      <w:color w:val="FFFFFF"/>
                      <w:sz w:val="19"/>
                    </w:rPr>
                    <w:t>Prioritäten</w:t>
                  </w:r>
                </w:p>
              </w:tc>
              <w:tc>
                <w:tcPr>
                  <w:tcW w:type="dxa" w:w="3600"/>
                  <w:shd w:fill="0075DE"/>
                </w:tcPr>
                <w:p>
                  <w:pPr>
                    <w:spacing w:before="40" w:after="40"/>
                  </w:pPr>
                  <w:r>
                    <w:rPr>
                      <w:rFonts w:ascii="Calibri" w:hAnsi="Calibri"/>
                      <w:b/>
                      <w:color w:val="FFFFFF"/>
                      <w:sz w:val="19"/>
                    </w:rPr>
                    <w:t>Top 3 Ziele des Tages</w:t>
                  </w:r>
                </w:p>
              </w:tc>
            </w:tr>
            <w:tr>
              <w:tc>
                <w:tcPr>
                  <w:tcW w:type="dxa" w:w="1008"/>
                  <w:shd w:fill="F8FAFC"/>
                </w:tcPr>
                <w:p>
                  <w:pPr>
                    <w:spacing w:before="80" w:after="80"/>
                    <w:jc w:val="center"/>
                  </w:pPr>
                  <w:r>
                    <w:rPr>
                      <w:rFonts w:ascii="Calibri" w:hAnsi="Calibri"/>
                      <w:b/>
                      <w:color w:val="F97316"/>
                      <w:sz w:val="17"/>
                    </w:rPr>
                    <w:t>[ ] #1</w:t>
                  </w:r>
                </w:p>
              </w:tc>
              <w:tc>
                <w:tcPr>
                  <w:tcW w:type="dxa" w:w="3600"/>
                </w:tcPr>
                <w:p>
                  <w:pPr>
                    <w:spacing w:before="80" w:after="80"/>
                  </w:pPr>
                </w:p>
              </w:tc>
            </w:tr>
            <w:tr>
              <w:tc>
                <w:tcPr>
                  <w:tcW w:type="dxa" w:w="1008"/>
                  <w:shd w:fill="F8FAFC"/>
                </w:tcPr>
                <w:p>
                  <w:pPr>
                    <w:spacing w:before="80" w:after="80"/>
                    <w:jc w:val="center"/>
                  </w:pPr>
                  <w:r>
                    <w:rPr>
                      <w:rFonts w:ascii="Calibri" w:hAnsi="Calibri"/>
                      <w:b/>
                      <w:color w:val="F97316"/>
                      <w:sz w:val="17"/>
                    </w:rPr>
                    <w:t>[ ] #2</w:t>
                  </w:r>
                </w:p>
              </w:tc>
              <w:tc>
                <w:tcPr>
                  <w:tcW w:type="dxa" w:w="3600"/>
                </w:tcPr>
                <w:p>
                  <w:pPr>
                    <w:spacing w:before="80" w:after="80"/>
                  </w:pPr>
                </w:p>
              </w:tc>
            </w:tr>
            <w:tr>
              <w:tc>
                <w:tcPr>
                  <w:tcW w:type="dxa" w:w="1008"/>
                  <w:shd w:fill="F8FAFC"/>
                </w:tcPr>
                <w:p>
                  <w:pPr>
                    <w:spacing w:before="80" w:after="80"/>
                    <w:jc w:val="center"/>
                  </w:pPr>
                  <w:r>
                    <w:rPr>
                      <w:rFonts w:ascii="Calibri" w:hAnsi="Calibri"/>
                      <w:b/>
                      <w:color w:val="F97316"/>
                      <w:sz w:val="17"/>
                    </w:rPr>
                    <w:t>[ ] #3</w:t>
                  </w:r>
                </w:p>
              </w:tc>
              <w:tc>
                <w:tcPr>
                  <w:tcW w:type="dxa" w:w="3600"/>
                </w:tcPr>
                <w:p>
                  <w:pPr>
                    <w:spacing w:before="80" w:after="80"/>
                  </w:pPr>
                </w:p>
              </w:tc>
            </w:tr>
          </w:tbl>
          <w:p/>
          <w:p>
            <w:pPr>
              <w:spacing w:after="80"/>
            </w:pPr>
          </w:p>
          <w:tbl>
            <w:tblPr>
              <w:tblW w:type="auto" w:w="0"/>
              <w:tblLook w:firstColumn="1" w:firstRow="1" w:lastColumn="0" w:lastRow="0" w:noHBand="0" w:noVBand="1" w:val="04A0"/>
            </w:tblPr>
            <w:tblGrid>
              <w:gridCol w:w="2376"/>
              <w:gridCol w:w="2376"/>
            </w:tblGrid>
            <w:tr>
              <w:tc>
                <w:tcPr>
                  <w:tcW w:type="dxa" w:w="720"/>
                  <w:shd w:fill="0075DE"/>
                </w:tcPr>
                <w:p>
                  <w:pPr>
                    <w:spacing w:before="40" w:after="40"/>
                  </w:pPr>
                  <w:r>
                    <w:rPr>
                      <w:rFonts w:ascii="Calibri" w:hAnsi="Calibri"/>
                      <w:b/>
                      <w:color w:val="FFFFFF"/>
                      <w:sz w:val="18"/>
                    </w:rPr>
                    <w:t>[ ]</w:t>
                  </w:r>
                </w:p>
              </w:tc>
              <w:tc>
                <w:tcPr>
                  <w:tcW w:type="dxa" w:w="3888"/>
                  <w:shd w:fill="0075DE"/>
                </w:tcPr>
                <w:p>
                  <w:pPr>
                    <w:spacing w:before="40" w:after="40"/>
                  </w:pPr>
                  <w:r>
                    <w:rPr>
                      <w:rFonts w:ascii="Calibri" w:hAnsi="Calibri"/>
                      <w:b/>
                      <w:color w:val="FFFFFF"/>
                      <w:sz w:val="19"/>
                    </w:rPr>
                    <w:t>To-Do-Liste</w:t>
                  </w:r>
                </w:p>
              </w:tc>
            </w:tr>
            <w:tr>
              <w:tc>
                <w:tcPr>
                  <w:tcW w:type="dxa" w:w="720"/>
                </w:tcPr>
                <w:p>
                  <w:pPr>
                    <w:spacing w:before="50" w:after="50"/>
                    <w:jc w:val="center"/>
                  </w:pPr>
                  <w:r>
                    <w:rPr>
                      <w:sz w:val="17"/>
                    </w:rPr>
                    <w:t>☐</w:t>
                  </w:r>
                </w:p>
              </w:tc>
              <w:tc>
                <w:tcPr>
                  <w:tcW w:type="dxa" w:w="3888"/>
                </w:tcPr>
                <w:p>
                  <w:pPr>
                    <w:spacing w:before="50" w:after="50"/>
                  </w:pPr>
                </w:p>
              </w:tc>
            </w:tr>
            <w:tr>
              <w:tc>
                <w:tcPr>
                  <w:tcW w:type="dxa" w:w="720"/>
                </w:tcPr>
                <w:p>
                  <w:pPr>
                    <w:spacing w:before="50" w:after="50"/>
                    <w:jc w:val="center"/>
                  </w:pPr>
                  <w:r>
                    <w:rPr>
                      <w:sz w:val="17"/>
                    </w:rPr>
                    <w:t>☐</w:t>
                  </w:r>
                </w:p>
              </w:tc>
              <w:tc>
                <w:tcPr>
                  <w:tcW w:type="dxa" w:w="3888"/>
                </w:tcPr>
                <w:p>
                  <w:pPr>
                    <w:spacing w:before="50" w:after="50"/>
                  </w:pPr>
                </w:p>
              </w:tc>
            </w:tr>
            <w:tr>
              <w:tc>
                <w:tcPr>
                  <w:tcW w:type="dxa" w:w="720"/>
                </w:tcPr>
                <w:p>
                  <w:pPr>
                    <w:spacing w:before="50" w:after="50"/>
                    <w:jc w:val="center"/>
                  </w:pPr>
                  <w:r>
                    <w:rPr>
                      <w:sz w:val="17"/>
                    </w:rPr>
                    <w:t>☐</w:t>
                  </w:r>
                </w:p>
              </w:tc>
              <w:tc>
                <w:tcPr>
                  <w:tcW w:type="dxa" w:w="3888"/>
                </w:tcPr>
                <w:p>
                  <w:pPr>
                    <w:spacing w:before="50" w:after="50"/>
                  </w:pPr>
                </w:p>
              </w:tc>
            </w:tr>
            <w:tr>
              <w:tc>
                <w:tcPr>
                  <w:tcW w:type="dxa" w:w="720"/>
                </w:tcPr>
                <w:p>
                  <w:pPr>
                    <w:spacing w:before="50" w:after="50"/>
                    <w:jc w:val="center"/>
                  </w:pPr>
                  <w:r>
                    <w:rPr>
                      <w:sz w:val="17"/>
                    </w:rPr>
                    <w:t>☐</w:t>
                  </w:r>
                </w:p>
              </w:tc>
              <w:tc>
                <w:tcPr>
                  <w:tcW w:type="dxa" w:w="3888"/>
                </w:tcPr>
                <w:p>
                  <w:pPr>
                    <w:spacing w:before="50" w:after="50"/>
                  </w:pPr>
                </w:p>
              </w:tc>
            </w:tr>
            <w:tr>
              <w:tc>
                <w:tcPr>
                  <w:tcW w:type="dxa" w:w="720"/>
                </w:tcPr>
                <w:p>
                  <w:pPr>
                    <w:spacing w:before="50" w:after="50"/>
                    <w:jc w:val="center"/>
                  </w:pPr>
                  <w:r>
                    <w:rPr>
                      <w:sz w:val="17"/>
                    </w:rPr>
                    <w:t>☐</w:t>
                  </w:r>
                </w:p>
              </w:tc>
              <w:tc>
                <w:tcPr>
                  <w:tcW w:type="dxa" w:w="3888"/>
                </w:tcPr>
                <w:p>
                  <w:pPr>
                    <w:spacing w:before="50" w:after="50"/>
                  </w:pPr>
                </w:p>
              </w:tc>
            </w:tr>
            <w:tr>
              <w:tc>
                <w:tcPr>
                  <w:tcW w:type="dxa" w:w="720"/>
                </w:tcPr>
                <w:p>
                  <w:pPr>
                    <w:spacing w:before="50" w:after="50"/>
                    <w:jc w:val="center"/>
                  </w:pPr>
                  <w:r>
                    <w:rPr>
                      <w:sz w:val="17"/>
                    </w:rPr>
                    <w:t>☐</w:t>
                  </w:r>
                </w:p>
              </w:tc>
              <w:tc>
                <w:tcPr>
                  <w:tcW w:type="dxa" w:w="3888"/>
                </w:tcPr>
                <w:p>
                  <w:pPr>
                    <w:spacing w:before="50" w:after="50"/>
                  </w:pPr>
                </w:p>
              </w:tc>
            </w:tr>
            <w:tr>
              <w:tc>
                <w:tcPr>
                  <w:tcW w:type="dxa" w:w="720"/>
                </w:tcPr>
                <w:p>
                  <w:pPr>
                    <w:spacing w:before="50" w:after="50"/>
                    <w:jc w:val="center"/>
                  </w:pPr>
                  <w:r>
                    <w:rPr>
                      <w:sz w:val="17"/>
                    </w:rPr>
                    <w:t>☐</w:t>
                  </w:r>
                </w:p>
              </w:tc>
              <w:tc>
                <w:tcPr>
                  <w:tcW w:type="dxa" w:w="3888"/>
                </w:tcPr>
                <w:p>
                  <w:pPr>
                    <w:spacing w:before="50" w:after="50"/>
                  </w:pPr>
                </w:p>
              </w:tc>
            </w:tr>
          </w:tbl>
          <w:p/>
          <w:p>
            <w:pPr>
              <w:spacing w:after="80"/>
            </w:pPr>
          </w:p>
          <w:tbl>
            <w:tblPr>
              <w:tblW w:type="auto" w:w="0"/>
              <w:tblLook w:firstColumn="1" w:firstRow="1" w:lastColumn="0" w:lastRow="0" w:noHBand="0" w:noVBand="1" w:val="04A0"/>
            </w:tblPr>
            <w:tblGrid>
              <w:gridCol w:w="4752"/>
            </w:tblGrid>
            <w:tr>
              <w:tc>
                <w:tcPr>
                  <w:tcW w:type="dxa" w:w="4608"/>
                  <w:shd w:fill="0075DE"/>
                </w:tcPr>
                <w:p>
                  <w:pPr>
                    <w:spacing w:before="40" w:after="40"/>
                  </w:pPr>
                  <w:r>
                    <w:rPr>
                      <w:rFonts w:ascii="Calibri" w:hAnsi="Calibri"/>
                      <w:b/>
                      <w:color w:val="FFFFFF"/>
                      <w:sz w:val="19"/>
                    </w:rPr>
                    <w:t>Notizen &amp; Ideen</w:t>
                  </w:r>
                </w:p>
              </w:tc>
            </w:tr>
            <w:tr>
              <w:tc>
                <w:tcPr>
                  <w:tcW w:type="dxa" w:w="4608"/>
                </w:tcPr>
                <w:p>
                  <w:pPr>
                    <w:spacing w:before="60" w:after="60"/>
                  </w:pPr>
                </w:p>
              </w:tc>
            </w:tr>
            <w:tr>
              <w:tc>
                <w:tcPr>
                  <w:tcW w:type="dxa" w:w="4608"/>
                </w:tcPr>
                <w:p>
                  <w:pPr>
                    <w:spacing w:before="60" w:after="60"/>
                  </w:pPr>
                </w:p>
              </w:tc>
            </w:tr>
            <w:tr>
              <w:tc>
                <w:tcPr>
                  <w:tcW w:type="dxa" w:w="4608"/>
                </w:tcPr>
                <w:p>
                  <w:pPr>
                    <w:spacing w:before="60" w:after="60"/>
                  </w:pPr>
                </w:p>
              </w:tc>
            </w:tr>
            <w:tr>
              <w:tc>
                <w:tcPr>
                  <w:tcW w:type="dxa" w:w="4608"/>
                </w:tcPr>
                <w:p>
                  <w:pPr>
                    <w:spacing w:before="60" w:after="60"/>
                  </w:pPr>
                </w:p>
              </w:tc>
            </w:tr>
            <w:tr>
              <w:tc>
                <w:tcPr>
                  <w:tcW w:type="dxa" w:w="4608"/>
                </w:tcPr>
                <w:p>
                  <w:pPr>
                    <w:spacing w:before="60" w:after="60"/>
                  </w:pPr>
                </w:p>
              </w:tc>
            </w:tr>
          </w:tbl>
          <w:p/>
        </w:tc>
      </w:tr>
    </w:tbl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